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החצב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ח׳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פשוטה של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בָּצָל קָטָן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בַּקַּיִץ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לָבָן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דְּבוֹרִים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חֲצַבִּי מוֹצִיא עָלִים יְרֻקִּים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קוראות 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הגבעול ארוך-ארוך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בְּאוֹת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חֹרֶף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חַמָּנִיָּה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חֲסִידָה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חַלּוֹן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חָצָב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מְתָאִימִים מִלָּה לְמַשְׁמָעוּת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(בָּצָל שֶׁפּוֹרֵחַ בַּסְּתָו)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(צִפּוֹר שֶׁמְּבַשֶּׂרֶת עַל הַסְּתָו)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(חֶרֶק שֶׁמְּבַקֵּר בַּפְּרָחִים)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(מַיִם שֶׁיּוֹרְדִים מֵהַשָּׁמַיִם)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(מְחַמֶּמֶת אֶת הָאֲדָמָה בַּקַּיִץ)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סוֹפְרִים וְצוֹבְעִים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עם גבעול ארוך ופרחים לבנים, צבעוני ומסודר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קטן שגר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חצבי מוציא עלים ירוקים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צביעת החצב יכול לשמש כפעילות סיום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חצבי מחכה לגשם – אות ח, סיפור וסתיו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חֲצַבִּי, בצל קטן שמתעורר כשמגיע הסתיו ומוציא פרח לבן יפה. נתרגל את האות ח׳ ונספור פרחים.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חֲצַבִּי?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בָּצָל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פֶּרַח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דְּבוֹרָה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חֲצַבִּי יָשֵׁן?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בַּקַּיִץ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כָּל הַשָּׁנָה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צֶבַע הַפְּרָחִים שֶׁל חֲצַבִּי?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אָדֹם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לָבָן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כָּחֹל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צָהֹב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מִי בָּא לְבַקֵּר אֶת הַפְּרָחִים?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חֲתוּלִים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דְּבוֹרִים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צִפֳּרִים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פַּרְפָּרִים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מָה קוֹרֶה אַחֲרֵי הַגֶּשֶׁם הָרִאשׁוֹן?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חֲצַבִּי נִרְדָּם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חֲצַבִּי מוֹצִיא עָלִים יְרֻקִּים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הַפְּרָחִים נוֹבְלִים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הַקַּיִץ מַתְחִיל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גָּר מֵעַל הָאֲדָמָה.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חֲצַבִּי שׁוֹמֵר מַיִם בְּתוֹךְ הַבָּצָל בַּקַּיִץ.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הַדְּבוֹרִים קוֹרְאוֹת: הַקַּיִץ מַגִּיעַ!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הַגִּבְעוֹל שֶׁל חֲצַבִּי קָצָר מְאוֹד.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מַשְׁלִימִים בְּאוֹת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בַּ__________ קַר וְיוֹרֵד גֶּשֶׁם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הַ__________ הוּא פֶּרַח צָהֹב וְגָדוֹל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הַ__________ הִיא צִפּוֹר לְבָנָה עִם רַגְלַיִם אֲרֻכּוֹת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מִסְתַּכְּלִים הַחוּצָה דֶּרֶךְ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הַ__________ הוּא הַפֶּרַח שֶׁל הַסְּתָו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מְתָאִימִים מִלָּה לְמַשְׁמָעוּת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מְחַמֶּמֶת אֶת הָאֲדָמָה בַּקַּיִץ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חֲסִידָה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חֶרֶק שֶׁמְּבַקֵּר בַּפְּרָחִים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דְּבוֹרָה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בָּצָל שֶׁפּוֹרֵחַ בַּסְּתָו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צִפּוֹר שֶׁמְּבַשֶּׂרֶת עַל הַסְּתָו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מַיִם שֶׁיּוֹרְדִים מֵהַשָּׁמַיִם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סוֹפְרִים וְצוֹבְעִים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כַּמָּה פְּרָחִים לְבָנִים יֵשׁ: 🤍🤍🤍🤍 ? כִּתבו אֶת הַמִּסְפָּר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צַיְּרוּ חֲצַבִּי עִם גִּבְעוֹל אָרֹךְ וּפְרָחִים לְבָנִים, וְצִבְעוּ אוֹתוֹ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צבע הפרחים של חצבי?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הגשם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חצבי מחכה לגשם – אות ח, סיפור וסתיו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