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חצבי מחכה לגשם – אות ח, סיפור וסתיו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החצב ואת סדר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ח׳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ספירה פשוטה של 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מבינים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בָּצָל קָטָן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בַּקַּיִץ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אוֹ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גר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קוראות הסתיו מגיע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מַשְׁלִימִים בְּאוֹת ח׳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חַמָּנִיָּה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חֲסִידָה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מְתָאִימִים מִלָּה לְמַשְׁמָעוּת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(בָּצָל שֶׁפּוֹרֵחַ בַּסְּתָו)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(חֶרֶק שֶׁמְּבַקֵּר בַּפְּרָחִים)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(מְחַמֶּמֶת אֶת הָאֲדָמָה בַּקַּיִץ)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סוֹפְרִים וְצוֹבְעִים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בצל קטן שגר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חצבי מוציא עלים ירוקים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ניתן לדלג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צביעת החצב יכול לשמש כפעילות סיום לאחר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חצבי מחכה לגשם – אות ח, סיפור וסתיו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נלמד על חֲצַבִּי, בצל קטן שמתעורר כשמגיע הסתיו ומוציא פרח לבן יפה. נתרגל את האות ח׳ ונספור פרחים.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חֲסִידָה  ·  חַמָּנִיָּה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מבינים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חֲצַבִּי?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בָּצָל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פֶּרַח גָּדוֹל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חֲצַבִּי יָשֵׁן?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בַּקַּיִץ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בַּחֹרֶף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בָּאָבִיב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נָכוֹן אוֹ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חֲצַבִּי גָּר מֵעַל הָאֲדָמָה.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הַדְּבוֹרִים קוֹרְאוֹת: הַקַּיִץ מַגִּיעַ!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מַשְׁלִימִים בְּאוֹת ח׳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הַ__________ הוּא פֶּרַח צָהֹב וְגָדוֹל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הַ__________ הִיא צִפּוֹר לְבָנָה עִם רַגְלַיִם אֲרֻכּוֹת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מְתָאִימִים מִלָּה לְמַשְׁמָעוּת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חָצָב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חֶרֶק שֶׁמְּבַקֵּר בַּפְּרָחִים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דְּבוֹרָה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מְחַמֶּמֶת אֶת הָאֲדָמָה בַּקַּיִץ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שֶׁמֶשׁ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בָּצָל שֶׁפּוֹרֵחַ בַּסְּתָו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סוֹפְרִים וְצוֹבְעִים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כַּמָּה פְּרָחִים לְבָנִים יֵשׁ: 🤍🤍🤍🤍 ? כִּתבו אֶת הַמִּסְפָּר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חצבי?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צבע הפרחים של חצבי?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חצבי מחכה לגשם – אות ח, סיפור וסתיו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